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FA968" w14:textId="77777777" w:rsidR="004F061C" w:rsidRDefault="004F061C" w:rsidP="003D2262">
      <w:pPr>
        <w:spacing w:after="0" w:line="240" w:lineRule="atLeast"/>
        <w:rPr>
          <w:rFonts w:ascii="ING Me" w:hAnsi="ING Me"/>
          <w:lang w:val="nl-NL"/>
        </w:rPr>
      </w:pPr>
    </w:p>
    <w:p w14:paraId="73F84C4F" w14:textId="77777777" w:rsidR="004F061C" w:rsidRPr="004F061C" w:rsidRDefault="004F061C" w:rsidP="004F061C">
      <w:pPr>
        <w:spacing w:after="0" w:line="240" w:lineRule="atLeast"/>
        <w:rPr>
          <w:rFonts w:ascii="ING Me" w:hAnsi="ING Me"/>
          <w:lang w:val="nl-NL"/>
        </w:rPr>
      </w:pPr>
      <w:r w:rsidRPr="004F061C">
        <w:rPr>
          <w:rFonts w:ascii="ING Me" w:hAnsi="ING Me"/>
          <w:b/>
          <w:bCs/>
          <w:lang w:val="nl-NL"/>
        </w:rPr>
        <w:t>Indienen van dit formulier</w:t>
      </w:r>
      <w:r w:rsidRPr="004F061C">
        <w:rPr>
          <w:rFonts w:ascii="ING Me" w:hAnsi="ING Me"/>
          <w:lang w:val="nl-NL"/>
        </w:rPr>
        <w:br/>
        <w:t>Na het invullen kun je dit formulier per e</w:t>
      </w:r>
      <w:r w:rsidRPr="004F061C">
        <w:rPr>
          <w:rFonts w:ascii="ING Me" w:hAnsi="ING Me"/>
          <w:lang w:val="nl-NL"/>
        </w:rPr>
        <w:noBreakHyphen/>
        <w:t>mail versturen naar:</w:t>
      </w:r>
    </w:p>
    <w:p w14:paraId="6DFF58CC" w14:textId="77777777" w:rsidR="004F061C" w:rsidRDefault="004F061C" w:rsidP="004F061C">
      <w:pPr>
        <w:spacing w:after="0" w:line="240" w:lineRule="atLeast"/>
        <w:rPr>
          <w:rFonts w:ascii="ING Me" w:hAnsi="ING Me"/>
          <w:b/>
          <w:bCs/>
          <w:lang w:val="nl-NL"/>
        </w:rPr>
      </w:pPr>
    </w:p>
    <w:p w14:paraId="62A08F98" w14:textId="6BF5BB68" w:rsidR="004F061C" w:rsidRDefault="004F061C" w:rsidP="004F061C">
      <w:pPr>
        <w:spacing w:after="0" w:line="240" w:lineRule="atLeast"/>
        <w:rPr>
          <w:rFonts w:ascii="ING Me" w:hAnsi="ING Me"/>
          <w:lang w:val="nl-NL"/>
        </w:rPr>
      </w:pPr>
      <w:r w:rsidRPr="004F061C">
        <w:rPr>
          <w:rFonts w:ascii="ING Me" w:hAnsi="ING Me"/>
          <w:lang w:val="nl-NL"/>
        </w:rPr>
        <w:t>KCOG – Klachtencommissie ongewenst</w:t>
      </w:r>
      <w:r w:rsidR="00A17FD8">
        <w:rPr>
          <w:rFonts w:ascii="ING Me" w:hAnsi="ING Me"/>
          <w:lang w:val="nl-NL"/>
        </w:rPr>
        <w:t>e</w:t>
      </w:r>
      <w:r w:rsidRPr="004F061C">
        <w:rPr>
          <w:rFonts w:ascii="ING Me" w:hAnsi="ING Me"/>
          <w:lang w:val="nl-NL"/>
        </w:rPr>
        <w:t xml:space="preserve"> </w:t>
      </w:r>
      <w:r w:rsidR="00A17FD8">
        <w:rPr>
          <w:rFonts w:ascii="ING Me" w:hAnsi="ING Me"/>
          <w:lang w:val="nl-NL"/>
        </w:rPr>
        <w:t>omgangsvormen ING</w:t>
      </w:r>
      <w:r w:rsidRPr="004F061C">
        <w:rPr>
          <w:rFonts w:ascii="ING Me" w:hAnsi="ING Me"/>
          <w:lang w:val="nl-NL"/>
        </w:rPr>
        <w:br/>
        <w:t>Secretariaat klachtencommissie</w:t>
      </w:r>
      <w:r w:rsidRPr="004F061C">
        <w:rPr>
          <w:rFonts w:ascii="ING Me" w:hAnsi="ING Me"/>
          <w:lang w:val="nl-NL"/>
        </w:rPr>
        <w:br/>
        <w:t>t.a.v. mw. I.J. Schreuder</w:t>
      </w:r>
    </w:p>
    <w:p w14:paraId="17947082" w14:textId="63A240E5" w:rsidR="004F061C" w:rsidRPr="004F061C" w:rsidRDefault="004F061C" w:rsidP="004F061C">
      <w:pPr>
        <w:spacing w:after="0" w:line="240" w:lineRule="atLeast"/>
        <w:rPr>
          <w:rFonts w:ascii="ING Me" w:hAnsi="ING Me"/>
          <w:lang w:val="nl-NL"/>
        </w:rPr>
      </w:pPr>
      <w:r w:rsidRPr="004F061C">
        <w:rPr>
          <w:rFonts w:ascii="ING Me" w:hAnsi="ING Me"/>
          <w:b/>
          <w:bCs/>
          <w:lang w:val="nl-NL"/>
        </w:rPr>
        <w:t>secretariaat@kcog.nl</w:t>
      </w:r>
    </w:p>
    <w:p w14:paraId="13F65DCC" w14:textId="77777777" w:rsidR="004F061C" w:rsidRDefault="004F061C" w:rsidP="003D2262">
      <w:pPr>
        <w:spacing w:after="0" w:line="240" w:lineRule="atLeast"/>
        <w:rPr>
          <w:rFonts w:ascii="ING Me" w:hAnsi="ING Me"/>
          <w:lang w:val="nl-NL"/>
        </w:rPr>
      </w:pPr>
    </w:p>
    <w:p w14:paraId="377AD587" w14:textId="77777777" w:rsidR="004F061C" w:rsidRDefault="004F061C" w:rsidP="003D2262">
      <w:pPr>
        <w:spacing w:after="0" w:line="240" w:lineRule="atLeast"/>
        <w:rPr>
          <w:rFonts w:ascii="ING Me" w:hAnsi="ING Me"/>
          <w:lang w:val="nl-NL"/>
        </w:rPr>
      </w:pPr>
    </w:p>
    <w:p w14:paraId="16537F01" w14:textId="1EAB94DE" w:rsidR="00D62105" w:rsidRPr="008E0A01" w:rsidRDefault="00D62105" w:rsidP="003D2262">
      <w:pPr>
        <w:spacing w:after="0" w:line="240" w:lineRule="atLeast"/>
        <w:rPr>
          <w:rFonts w:ascii="ING Me" w:hAnsi="ING Me"/>
          <w:b/>
          <w:bCs/>
          <w:lang w:val="nl-NL"/>
        </w:rPr>
      </w:pPr>
      <w:r w:rsidRPr="008E0A01">
        <w:rPr>
          <w:rFonts w:ascii="ING Me" w:hAnsi="ING Me"/>
          <w:b/>
          <w:bCs/>
          <w:lang w:val="nl-NL"/>
        </w:rPr>
        <w:t xml:space="preserve">Gegevens </w:t>
      </w:r>
    </w:p>
    <w:p w14:paraId="1C3BFA5E" w14:textId="7DC1A2F6" w:rsidR="00D62105" w:rsidRPr="00D62105" w:rsidRDefault="00D62105" w:rsidP="003D2262">
      <w:pPr>
        <w:spacing w:after="0" w:line="240" w:lineRule="atLeast"/>
        <w:rPr>
          <w:rFonts w:ascii="ING Me" w:hAnsi="ING Me"/>
          <w:lang w:val="nl-NL"/>
        </w:rPr>
      </w:pPr>
      <w:r w:rsidRPr="00D62105">
        <w:rPr>
          <w:rFonts w:ascii="ING Me" w:hAnsi="ING Me"/>
          <w:lang w:val="nl-NL"/>
        </w:rPr>
        <w:t>Naam</w:t>
      </w:r>
      <w:r w:rsidR="003D2262">
        <w:rPr>
          <w:rFonts w:ascii="ING Me" w:hAnsi="ING Me"/>
          <w:lang w:val="nl-NL"/>
        </w:rPr>
        <w:t>:</w:t>
      </w:r>
      <w:r w:rsidRPr="00D62105">
        <w:rPr>
          <w:rFonts w:ascii="ING Me" w:hAnsi="ING Me"/>
          <w:lang w:val="nl-NL"/>
        </w:rPr>
        <w:t xml:space="preserve"> </w:t>
      </w:r>
    </w:p>
    <w:p w14:paraId="4400BA0C" w14:textId="0895A0A5" w:rsidR="00D62105" w:rsidRPr="00A0348E" w:rsidRDefault="00D62105" w:rsidP="003D2262">
      <w:pPr>
        <w:spacing w:after="0" w:line="240" w:lineRule="atLeast"/>
        <w:rPr>
          <w:rFonts w:ascii="ING Me" w:hAnsi="ING Me"/>
          <w:lang w:val="nl-NL"/>
        </w:rPr>
      </w:pPr>
      <w:r w:rsidRPr="00A0348E">
        <w:rPr>
          <w:rFonts w:ascii="ING Me" w:hAnsi="ING Me"/>
          <w:lang w:val="nl-NL"/>
        </w:rPr>
        <w:t>Corporate Key</w:t>
      </w:r>
      <w:r w:rsidR="003D2262" w:rsidRPr="00A0348E">
        <w:rPr>
          <w:rFonts w:ascii="ING Me" w:hAnsi="ING Me"/>
          <w:lang w:val="nl-NL"/>
        </w:rPr>
        <w:t>:</w:t>
      </w:r>
      <w:r w:rsidRPr="00A0348E">
        <w:rPr>
          <w:rFonts w:ascii="ING Me" w:hAnsi="ING Me"/>
          <w:lang w:val="nl-NL"/>
        </w:rPr>
        <w:t xml:space="preserve"> </w:t>
      </w:r>
    </w:p>
    <w:p w14:paraId="6AEE264A" w14:textId="6F40955B" w:rsidR="00D62105" w:rsidRPr="00A0348E" w:rsidRDefault="00D62105" w:rsidP="003D2262">
      <w:pPr>
        <w:spacing w:after="0" w:line="240" w:lineRule="atLeast"/>
        <w:rPr>
          <w:rFonts w:ascii="ING Me" w:hAnsi="ING Me"/>
          <w:lang w:val="nl-NL"/>
        </w:rPr>
      </w:pPr>
      <w:r w:rsidRPr="00A0348E">
        <w:rPr>
          <w:rFonts w:ascii="ING Me" w:hAnsi="ING Me"/>
          <w:lang w:val="nl-NL"/>
        </w:rPr>
        <w:t>Functie</w:t>
      </w:r>
      <w:r w:rsidR="003D2262" w:rsidRPr="00A0348E">
        <w:rPr>
          <w:rFonts w:ascii="ING Me" w:hAnsi="ING Me"/>
          <w:lang w:val="nl-NL"/>
        </w:rPr>
        <w:t>:</w:t>
      </w:r>
    </w:p>
    <w:p w14:paraId="4D3FCD1C" w14:textId="1BAEC5D6" w:rsidR="00D62105" w:rsidRPr="00A0348E" w:rsidRDefault="00D62105" w:rsidP="003D2262">
      <w:pPr>
        <w:spacing w:after="0" w:line="240" w:lineRule="atLeast"/>
        <w:rPr>
          <w:rFonts w:ascii="ING Me" w:hAnsi="ING Me"/>
          <w:lang w:val="nl-NL"/>
        </w:rPr>
      </w:pPr>
      <w:r w:rsidRPr="00A0348E">
        <w:rPr>
          <w:rFonts w:ascii="ING Me" w:hAnsi="ING Me"/>
          <w:lang w:val="nl-NL"/>
        </w:rPr>
        <w:t>Afdeling</w:t>
      </w:r>
      <w:r w:rsidR="003D2262" w:rsidRPr="00A0348E">
        <w:rPr>
          <w:rFonts w:ascii="ING Me" w:hAnsi="ING Me"/>
          <w:lang w:val="nl-NL"/>
        </w:rPr>
        <w:t>:</w:t>
      </w:r>
    </w:p>
    <w:p w14:paraId="23AC7820" w14:textId="1AE86D4C" w:rsidR="00D62105" w:rsidRPr="00A0348E" w:rsidRDefault="00D62105" w:rsidP="003D2262">
      <w:pPr>
        <w:spacing w:after="0" w:line="240" w:lineRule="atLeast"/>
        <w:rPr>
          <w:rFonts w:ascii="ING Me" w:hAnsi="ING Me"/>
          <w:lang w:val="nl-NL"/>
        </w:rPr>
      </w:pPr>
      <w:r w:rsidRPr="00A0348E">
        <w:rPr>
          <w:rFonts w:ascii="ING Me" w:hAnsi="ING Me"/>
          <w:lang w:val="nl-NL"/>
        </w:rPr>
        <w:t>E-mailadres</w:t>
      </w:r>
      <w:r w:rsidR="003D2262" w:rsidRPr="00A0348E">
        <w:rPr>
          <w:rFonts w:ascii="ING Me" w:hAnsi="ING Me"/>
          <w:lang w:val="nl-NL"/>
        </w:rPr>
        <w:t>:</w:t>
      </w:r>
    </w:p>
    <w:p w14:paraId="2A892C02" w14:textId="61B5CC2E" w:rsidR="00D62105" w:rsidRDefault="00D62105" w:rsidP="003D2262">
      <w:pPr>
        <w:spacing w:after="0" w:line="240" w:lineRule="atLeast"/>
        <w:rPr>
          <w:rFonts w:ascii="ING Me" w:hAnsi="ING Me"/>
          <w:lang w:val="nl-NL"/>
        </w:rPr>
      </w:pPr>
      <w:r w:rsidRPr="00D62105">
        <w:rPr>
          <w:rFonts w:ascii="ING Me" w:hAnsi="ING Me"/>
          <w:lang w:val="nl-NL"/>
        </w:rPr>
        <w:t>Telefoonnummer</w:t>
      </w:r>
      <w:r w:rsidR="003D2262">
        <w:rPr>
          <w:rFonts w:ascii="ING Me" w:hAnsi="ING Me"/>
          <w:lang w:val="nl-NL"/>
        </w:rPr>
        <w:t>:</w:t>
      </w:r>
    </w:p>
    <w:p w14:paraId="30584B3F" w14:textId="3A71ED33" w:rsidR="00D62105" w:rsidRPr="00D62105" w:rsidRDefault="00D0747D" w:rsidP="003D2262">
      <w:pPr>
        <w:spacing w:after="0" w:line="240" w:lineRule="atLeast"/>
        <w:rPr>
          <w:rFonts w:ascii="ING Me" w:hAnsi="ING Me"/>
          <w:lang w:val="nl-NL"/>
        </w:rPr>
      </w:pPr>
      <w:r>
        <w:rPr>
          <w:rFonts w:ascii="ING Me" w:hAnsi="ING Me"/>
          <w:lang w:val="nl-NL"/>
        </w:rPr>
        <w:t xml:space="preserve">Reeds geplande afwezigheid </w:t>
      </w:r>
      <w:r w:rsidR="00A17FD8">
        <w:rPr>
          <w:rFonts w:ascii="ING Me" w:hAnsi="ING Me"/>
          <w:lang w:val="nl-NL"/>
        </w:rPr>
        <w:t xml:space="preserve">komende maanden </w:t>
      </w:r>
      <w:r>
        <w:rPr>
          <w:rFonts w:ascii="ING Me" w:hAnsi="ING Me"/>
          <w:lang w:val="nl-NL"/>
        </w:rPr>
        <w:t>(o.a. vakantie)</w:t>
      </w:r>
      <w:r w:rsidR="003D2262">
        <w:rPr>
          <w:rFonts w:ascii="ING Me" w:hAnsi="ING Me"/>
          <w:lang w:val="nl-NL"/>
        </w:rPr>
        <w:t>:</w:t>
      </w:r>
    </w:p>
    <w:p w14:paraId="2CCA5592" w14:textId="77777777" w:rsidR="003D2262" w:rsidRDefault="003D2262" w:rsidP="003D2262">
      <w:pPr>
        <w:spacing w:after="0" w:line="240" w:lineRule="atLeast"/>
        <w:rPr>
          <w:rFonts w:ascii="ING Me" w:hAnsi="ING Me"/>
          <w:lang w:val="nl-NL"/>
        </w:rPr>
      </w:pPr>
    </w:p>
    <w:p w14:paraId="15731380" w14:textId="391035C0" w:rsidR="003D2262" w:rsidRPr="003D2262" w:rsidRDefault="003D2262" w:rsidP="003D2262">
      <w:pPr>
        <w:spacing w:after="0" w:line="240" w:lineRule="atLeast"/>
        <w:rPr>
          <w:rFonts w:ascii="ING Me" w:hAnsi="ING Me"/>
          <w:b/>
          <w:bCs/>
          <w:lang w:val="nl-NL"/>
        </w:rPr>
      </w:pPr>
      <w:r w:rsidRPr="003D2262">
        <w:rPr>
          <w:rFonts w:ascii="ING Me" w:hAnsi="ING Me"/>
          <w:b/>
          <w:bCs/>
          <w:lang w:val="nl-NL"/>
        </w:rPr>
        <w:t>Vertrouwenspersoon</w:t>
      </w:r>
    </w:p>
    <w:p w14:paraId="0E525C18" w14:textId="7C6E4141" w:rsidR="00D0747D" w:rsidRDefault="001F542A" w:rsidP="003D2262">
      <w:pPr>
        <w:spacing w:after="0" w:line="240" w:lineRule="atLeast"/>
        <w:rPr>
          <w:rFonts w:ascii="ING Me" w:hAnsi="ING Me"/>
          <w:lang w:val="nl-NL"/>
        </w:rPr>
      </w:pPr>
      <w:r w:rsidRPr="001F542A">
        <w:rPr>
          <w:rFonts w:ascii="ING Me" w:hAnsi="ING Me"/>
          <w:lang w:val="nl-NL"/>
        </w:rPr>
        <w:t>Is er een vertrouwenspersoon betrokken?</w:t>
      </w:r>
      <w:r w:rsidR="006D6A47">
        <w:rPr>
          <w:rFonts w:ascii="ING Me" w:hAnsi="ING Me"/>
          <w:lang w:val="nl-NL"/>
        </w:rPr>
        <w:t xml:space="preserve"> </w:t>
      </w:r>
    </w:p>
    <w:p w14:paraId="623CF72B" w14:textId="1F55D038" w:rsidR="006D6A47" w:rsidRPr="00DC2FC5" w:rsidRDefault="006D6A47" w:rsidP="00DC2FC5">
      <w:pPr>
        <w:pStyle w:val="Lijstalinea"/>
        <w:numPr>
          <w:ilvl w:val="0"/>
          <w:numId w:val="14"/>
        </w:numPr>
        <w:spacing w:after="0" w:line="240" w:lineRule="atLeast"/>
        <w:rPr>
          <w:rFonts w:ascii="ING Me" w:hAnsi="ING Me"/>
          <w:lang w:val="nl-NL"/>
        </w:rPr>
      </w:pPr>
      <w:r w:rsidRPr="00DC2FC5">
        <w:rPr>
          <w:rFonts w:ascii="ING Me" w:hAnsi="ING Me"/>
          <w:lang w:val="nl-NL"/>
        </w:rPr>
        <w:t>Indien ja: naam van de vertrouwenspersoon</w:t>
      </w:r>
    </w:p>
    <w:p w14:paraId="3C436604" w14:textId="3669D192" w:rsidR="006D6A47" w:rsidRPr="00DC2FC5" w:rsidRDefault="006D6A47" w:rsidP="00DC2FC5">
      <w:pPr>
        <w:pStyle w:val="Lijstalinea"/>
        <w:numPr>
          <w:ilvl w:val="0"/>
          <w:numId w:val="14"/>
        </w:numPr>
        <w:spacing w:after="0" w:line="240" w:lineRule="atLeast"/>
        <w:rPr>
          <w:rFonts w:ascii="ING Me" w:hAnsi="ING Me"/>
          <w:lang w:val="nl-NL"/>
        </w:rPr>
      </w:pPr>
      <w:r w:rsidRPr="00DC2FC5">
        <w:rPr>
          <w:rFonts w:ascii="ING Me" w:hAnsi="ING Me"/>
          <w:lang w:val="nl-NL"/>
        </w:rPr>
        <w:t>Indien nee: heb je behoefte aan een vertrouwenspersoon</w:t>
      </w:r>
      <w:r w:rsidR="00330031">
        <w:rPr>
          <w:rFonts w:ascii="ING Me" w:hAnsi="ING Me"/>
          <w:lang w:val="nl-NL"/>
        </w:rPr>
        <w:t>?</w:t>
      </w:r>
      <w:r w:rsidR="008962E1">
        <w:rPr>
          <w:rFonts w:ascii="ING Me" w:hAnsi="ING Me"/>
          <w:lang w:val="nl-NL"/>
        </w:rPr>
        <w:t xml:space="preserve"> J</w:t>
      </w:r>
      <w:r w:rsidRPr="00DC2FC5">
        <w:rPr>
          <w:rFonts w:ascii="ING Me" w:hAnsi="ING Me"/>
          <w:lang w:val="nl-NL"/>
        </w:rPr>
        <w:t xml:space="preserve">e vindt deze </w:t>
      </w:r>
      <w:hyperlink r:id="rId9" w:history="1">
        <w:r w:rsidRPr="00DC2FC5">
          <w:rPr>
            <w:rStyle w:val="Hyperlink"/>
            <w:rFonts w:ascii="ING Me" w:hAnsi="ING Me"/>
            <w:lang w:val="nl-NL"/>
          </w:rPr>
          <w:t>hier</w:t>
        </w:r>
      </w:hyperlink>
    </w:p>
    <w:p w14:paraId="3A1EF574" w14:textId="77777777" w:rsidR="003D2262" w:rsidRDefault="003D2262" w:rsidP="00D62105">
      <w:pPr>
        <w:rPr>
          <w:rFonts w:ascii="ING Me" w:hAnsi="ING Me"/>
          <w:b/>
          <w:bCs/>
          <w:lang w:val="nl-NL"/>
        </w:rPr>
      </w:pPr>
    </w:p>
    <w:p w14:paraId="6B6A0E08" w14:textId="2092C868" w:rsidR="00D62105" w:rsidRPr="00D62105" w:rsidRDefault="00D62105" w:rsidP="00FF5F6B">
      <w:pPr>
        <w:spacing w:after="0" w:line="240" w:lineRule="atLeast"/>
        <w:rPr>
          <w:rFonts w:ascii="ING Me" w:hAnsi="ING Me"/>
          <w:b/>
          <w:bCs/>
          <w:lang w:val="nl-NL"/>
        </w:rPr>
      </w:pPr>
      <w:r w:rsidRPr="00D62105">
        <w:rPr>
          <w:rFonts w:ascii="ING Me" w:hAnsi="ING Me"/>
          <w:b/>
          <w:bCs/>
          <w:lang w:val="nl-NL"/>
        </w:rPr>
        <w:t>Gegevens van de persoon tegen wie de klacht is gericht</w:t>
      </w:r>
    </w:p>
    <w:p w14:paraId="5EA949C8" w14:textId="50BB3B68" w:rsidR="00D62105" w:rsidRPr="00D62105" w:rsidRDefault="00D62105" w:rsidP="00FF5F6B">
      <w:pPr>
        <w:spacing w:after="0" w:line="240" w:lineRule="atLeast"/>
        <w:rPr>
          <w:rFonts w:ascii="ING Me" w:hAnsi="ING Me"/>
          <w:lang w:val="nl-NL"/>
        </w:rPr>
      </w:pPr>
      <w:r w:rsidRPr="00D62105">
        <w:rPr>
          <w:rFonts w:ascii="ING Me" w:hAnsi="ING Me"/>
          <w:lang w:val="nl-NL"/>
        </w:rPr>
        <w:t xml:space="preserve">Naam: </w:t>
      </w:r>
    </w:p>
    <w:p w14:paraId="1F8067AF" w14:textId="4F5B0D3E" w:rsidR="00D62105" w:rsidRPr="00D62105" w:rsidRDefault="00D62105" w:rsidP="00FF5F6B">
      <w:pPr>
        <w:spacing w:after="0" w:line="240" w:lineRule="atLeast"/>
        <w:rPr>
          <w:rFonts w:ascii="ING Me" w:hAnsi="ING Me"/>
          <w:lang w:val="nl-NL"/>
        </w:rPr>
      </w:pPr>
      <w:r w:rsidRPr="00D62105">
        <w:rPr>
          <w:rFonts w:ascii="ING Me" w:hAnsi="ING Me"/>
          <w:lang w:val="nl-NL"/>
        </w:rPr>
        <w:t>Functie</w:t>
      </w:r>
      <w:r w:rsidR="003D2262">
        <w:rPr>
          <w:rFonts w:ascii="ING Me" w:hAnsi="ING Me"/>
          <w:lang w:val="nl-NL"/>
        </w:rPr>
        <w:t>:</w:t>
      </w:r>
    </w:p>
    <w:p w14:paraId="1C1658E0" w14:textId="786869DD" w:rsidR="00D62105" w:rsidRPr="00D62105" w:rsidRDefault="00D62105" w:rsidP="003D2262">
      <w:pPr>
        <w:spacing w:after="0" w:line="240" w:lineRule="atLeast"/>
        <w:rPr>
          <w:rFonts w:ascii="ING Me" w:hAnsi="ING Me"/>
          <w:lang w:val="nl-NL"/>
        </w:rPr>
      </w:pPr>
      <w:r w:rsidRPr="00D62105">
        <w:rPr>
          <w:rFonts w:ascii="ING Me" w:hAnsi="ING Me"/>
          <w:lang w:val="nl-NL"/>
        </w:rPr>
        <w:t>Afdeling/organisatieonderdeel</w:t>
      </w:r>
      <w:r w:rsidR="003D2262">
        <w:rPr>
          <w:rFonts w:ascii="ING Me" w:hAnsi="ING Me"/>
          <w:lang w:val="nl-NL"/>
        </w:rPr>
        <w:t>:</w:t>
      </w:r>
    </w:p>
    <w:p w14:paraId="205C5AF9" w14:textId="4960E954" w:rsidR="00D62105" w:rsidRPr="00D62105" w:rsidRDefault="00B73660" w:rsidP="003D2262">
      <w:pPr>
        <w:spacing w:after="0" w:line="240" w:lineRule="atLeast"/>
        <w:rPr>
          <w:rFonts w:ascii="ING Me" w:hAnsi="ING Me"/>
          <w:lang w:val="nl-NL"/>
        </w:rPr>
      </w:pPr>
      <w:r w:rsidRPr="00FF5F6B">
        <w:rPr>
          <w:rFonts w:ascii="ING Me" w:hAnsi="ING Me"/>
          <w:lang w:val="nl-NL"/>
        </w:rPr>
        <w:t>Wat is de werkrelatie tussen jou en de persoon tegen wie de klacht is gericht</w:t>
      </w:r>
      <w:r w:rsidR="00D62105" w:rsidRPr="00D62105">
        <w:rPr>
          <w:rFonts w:ascii="ING Me" w:hAnsi="ING Me"/>
          <w:lang w:val="nl-NL"/>
        </w:rPr>
        <w:t xml:space="preserve">: </w:t>
      </w:r>
    </w:p>
    <w:p w14:paraId="51FDC6CD" w14:textId="77777777" w:rsidR="006C32F8" w:rsidRDefault="006C32F8" w:rsidP="00AE0918">
      <w:pPr>
        <w:rPr>
          <w:rFonts w:ascii="ING Me" w:hAnsi="ING Me"/>
          <w:lang w:val="nl-NL"/>
        </w:rPr>
      </w:pPr>
    </w:p>
    <w:p w14:paraId="71A6799A" w14:textId="5C9AF828" w:rsidR="006C32F8" w:rsidRPr="00E97925" w:rsidRDefault="00E97925" w:rsidP="003D2262">
      <w:pPr>
        <w:spacing w:after="0" w:line="240" w:lineRule="atLeast"/>
        <w:rPr>
          <w:rFonts w:ascii="ING Me" w:hAnsi="ING Me"/>
          <w:b/>
          <w:bCs/>
          <w:lang w:val="nl-NL"/>
        </w:rPr>
      </w:pPr>
      <w:r w:rsidRPr="00E97925">
        <w:rPr>
          <w:rFonts w:ascii="ING Me" w:hAnsi="ING Me"/>
          <w:b/>
          <w:bCs/>
          <w:lang w:val="nl-NL"/>
        </w:rPr>
        <w:t>Omschrijving van jouw klacht</w:t>
      </w:r>
    </w:p>
    <w:p w14:paraId="7786613C" w14:textId="78D05B67" w:rsidR="00AE0918" w:rsidRDefault="00CF2C6F" w:rsidP="003D2262">
      <w:pPr>
        <w:spacing w:after="0" w:line="240" w:lineRule="atLeast"/>
        <w:rPr>
          <w:rFonts w:ascii="ING Me" w:hAnsi="ING Me"/>
          <w:lang w:val="nl-NL"/>
        </w:rPr>
      </w:pPr>
      <w:r w:rsidRPr="00A93C37">
        <w:rPr>
          <w:rFonts w:ascii="ING Me" w:hAnsi="ING Me"/>
          <w:lang w:val="nl-NL"/>
        </w:rPr>
        <w:t>Omschrijving van het ervaren ongewenste gedrag (wat is er gebeurd, wanneer en waar</w:t>
      </w:r>
      <w:r w:rsidR="00A17FD8">
        <w:rPr>
          <w:rFonts w:ascii="ING Me" w:hAnsi="ING Me"/>
          <w:lang w:val="nl-NL"/>
        </w:rPr>
        <w:t>?</w:t>
      </w:r>
      <w:r w:rsidRPr="00A93C37">
        <w:rPr>
          <w:rFonts w:ascii="ING Me" w:hAnsi="ING Me"/>
          <w:lang w:val="nl-NL"/>
        </w:rPr>
        <w:t>)</w:t>
      </w:r>
      <w:r w:rsidRPr="00A93C37">
        <w:rPr>
          <w:rFonts w:ascii="ING Me" w:hAnsi="ING Me"/>
          <w:lang w:val="nl-NL"/>
        </w:rPr>
        <w:br/>
      </w:r>
    </w:p>
    <w:p w14:paraId="1EBD84CF" w14:textId="77777777" w:rsidR="003D2262" w:rsidRDefault="003D2262" w:rsidP="00AE0918">
      <w:pPr>
        <w:rPr>
          <w:rFonts w:ascii="ING Me" w:hAnsi="ING Me"/>
          <w:lang w:val="nl-NL"/>
        </w:rPr>
      </w:pPr>
    </w:p>
    <w:p w14:paraId="099DB729" w14:textId="051BF514" w:rsidR="00AE0918" w:rsidRDefault="00AE0918" w:rsidP="00AE0918">
      <w:pPr>
        <w:rPr>
          <w:rFonts w:ascii="ING Me" w:hAnsi="ING Me"/>
          <w:lang w:val="nl-NL"/>
        </w:rPr>
      </w:pPr>
      <w:r>
        <w:rPr>
          <w:rFonts w:ascii="ING Me" w:hAnsi="ING Me"/>
          <w:lang w:val="nl-NL"/>
        </w:rPr>
        <w:t>Wat is voor jou de kern van de klacht? Waar heb je last van?</w:t>
      </w:r>
      <w:r w:rsidR="00572201">
        <w:rPr>
          <w:rFonts w:ascii="ING Me" w:hAnsi="ING Me"/>
          <w:lang w:val="nl-NL"/>
        </w:rPr>
        <w:t xml:space="preserve"> (max</w:t>
      </w:r>
      <w:r w:rsidR="00A17FD8">
        <w:rPr>
          <w:rFonts w:ascii="ING Me" w:hAnsi="ING Me"/>
          <w:lang w:val="nl-NL"/>
        </w:rPr>
        <w:t>imaal</w:t>
      </w:r>
      <w:r w:rsidR="00572201">
        <w:rPr>
          <w:rFonts w:ascii="ING Me" w:hAnsi="ING Me"/>
          <w:lang w:val="nl-NL"/>
        </w:rPr>
        <w:t xml:space="preserve"> </w:t>
      </w:r>
      <w:r w:rsidR="00A17FD8">
        <w:rPr>
          <w:rFonts w:ascii="ING Me" w:hAnsi="ING Me"/>
          <w:lang w:val="nl-NL"/>
        </w:rPr>
        <w:t xml:space="preserve">één </w:t>
      </w:r>
      <w:r w:rsidR="00572201">
        <w:rPr>
          <w:rFonts w:ascii="ING Me" w:hAnsi="ING Me"/>
          <w:lang w:val="nl-NL"/>
        </w:rPr>
        <w:t>A4)</w:t>
      </w:r>
    </w:p>
    <w:p w14:paraId="33A22C7F" w14:textId="77777777" w:rsidR="003D2262" w:rsidRDefault="003D2262" w:rsidP="003D2262">
      <w:pPr>
        <w:spacing w:after="0" w:line="240" w:lineRule="atLeast"/>
        <w:rPr>
          <w:rFonts w:ascii="ING Me" w:hAnsi="ING Me"/>
          <w:b/>
          <w:bCs/>
          <w:lang w:val="nl-NL"/>
        </w:rPr>
      </w:pPr>
    </w:p>
    <w:p w14:paraId="59464F16" w14:textId="77777777" w:rsidR="008223C9" w:rsidRDefault="008223C9" w:rsidP="003D2262">
      <w:pPr>
        <w:spacing w:after="0" w:line="240" w:lineRule="atLeast"/>
        <w:rPr>
          <w:rFonts w:ascii="ING Me" w:hAnsi="ING Me"/>
          <w:b/>
          <w:bCs/>
          <w:lang w:val="nl-NL"/>
        </w:rPr>
      </w:pPr>
    </w:p>
    <w:p w14:paraId="49429BB4" w14:textId="77777777" w:rsidR="008223C9" w:rsidRDefault="008223C9" w:rsidP="003D2262">
      <w:pPr>
        <w:spacing w:after="0" w:line="240" w:lineRule="atLeast"/>
        <w:rPr>
          <w:rFonts w:ascii="ING Me" w:hAnsi="ING Me"/>
          <w:b/>
          <w:bCs/>
          <w:lang w:val="nl-NL"/>
        </w:rPr>
      </w:pPr>
    </w:p>
    <w:p w14:paraId="45B382E5" w14:textId="77777777" w:rsidR="003D2262" w:rsidRDefault="003D2262" w:rsidP="003D2262">
      <w:pPr>
        <w:spacing w:after="0" w:line="240" w:lineRule="atLeast"/>
        <w:rPr>
          <w:rFonts w:ascii="ING Me" w:hAnsi="ING Me"/>
          <w:b/>
          <w:bCs/>
          <w:lang w:val="nl-NL"/>
        </w:rPr>
      </w:pPr>
    </w:p>
    <w:p w14:paraId="06CCB2F6" w14:textId="6F91C15A" w:rsidR="00EA6EDC" w:rsidRPr="00AE0918" w:rsidRDefault="00CF2C6F" w:rsidP="003D2262">
      <w:pPr>
        <w:spacing w:after="0" w:line="240" w:lineRule="atLeast"/>
        <w:rPr>
          <w:rFonts w:ascii="ING Me" w:hAnsi="ING Me"/>
          <w:b/>
          <w:bCs/>
          <w:lang w:val="nl-NL"/>
        </w:rPr>
      </w:pPr>
      <w:r w:rsidRPr="00AE0918">
        <w:rPr>
          <w:rFonts w:ascii="ING Me" w:hAnsi="ING Me"/>
          <w:b/>
          <w:bCs/>
          <w:lang w:val="nl-NL"/>
        </w:rPr>
        <w:t>Concrete voorbeelden</w:t>
      </w:r>
    </w:p>
    <w:p w14:paraId="75FA4D46" w14:textId="320C1815" w:rsidR="00EA6EDC" w:rsidRPr="00A93C37" w:rsidRDefault="00CF2C6F" w:rsidP="003D2262">
      <w:pPr>
        <w:spacing w:after="0" w:line="240" w:lineRule="atLeast"/>
        <w:rPr>
          <w:rFonts w:ascii="ING Me" w:hAnsi="ING Me"/>
          <w:lang w:val="nl-NL"/>
        </w:rPr>
      </w:pPr>
      <w:r w:rsidRPr="00A93C37">
        <w:rPr>
          <w:rFonts w:ascii="ING Me" w:hAnsi="ING Me"/>
          <w:lang w:val="nl-NL"/>
        </w:rPr>
        <w:lastRenderedPageBreak/>
        <w:t>Beschrijf één of meerdere concrete voorbeelden. Vermeld per voorbeeld indien mogelijk:</w:t>
      </w:r>
      <w:r w:rsidRPr="00A93C37">
        <w:rPr>
          <w:rFonts w:ascii="ING Me" w:hAnsi="ING Me"/>
          <w:lang w:val="nl-NL"/>
        </w:rPr>
        <w:br/>
        <w:t xml:space="preserve">• </w:t>
      </w:r>
      <w:r w:rsidR="00A17FD8">
        <w:rPr>
          <w:rFonts w:ascii="ING Me" w:hAnsi="ING Me"/>
          <w:lang w:val="nl-NL"/>
        </w:rPr>
        <w:t>Dag of p</w:t>
      </w:r>
      <w:r w:rsidR="006074C3" w:rsidRPr="00A93C37">
        <w:rPr>
          <w:rFonts w:ascii="ING Me" w:hAnsi="ING Me"/>
          <w:lang w:val="nl-NL"/>
        </w:rPr>
        <w:t>eriode</w:t>
      </w:r>
      <w:r w:rsidR="006074C3">
        <w:rPr>
          <w:rFonts w:ascii="ING Me" w:hAnsi="ING Me"/>
          <w:lang w:val="nl-NL"/>
        </w:rPr>
        <w:t xml:space="preserve"> </w:t>
      </w:r>
      <w:r w:rsidR="00AE0918">
        <w:rPr>
          <w:rFonts w:ascii="ING Me" w:hAnsi="ING Me"/>
          <w:lang w:val="nl-NL"/>
        </w:rPr>
        <w:t>waarin het plaatsvond</w:t>
      </w:r>
      <w:r w:rsidRPr="00A93C37">
        <w:rPr>
          <w:rFonts w:ascii="ING Me" w:hAnsi="ING Me"/>
          <w:lang w:val="nl-NL"/>
        </w:rPr>
        <w:br/>
        <w:t>• Situatie/context</w:t>
      </w:r>
      <w:r w:rsidRPr="00A93C37">
        <w:rPr>
          <w:rFonts w:ascii="ING Me" w:hAnsi="ING Me"/>
          <w:lang w:val="nl-NL"/>
        </w:rPr>
        <w:br/>
        <w:t xml:space="preserve">• Wat is </w:t>
      </w:r>
      <w:r w:rsidR="00A17FD8">
        <w:rPr>
          <w:rFonts w:ascii="ING Me" w:hAnsi="ING Me"/>
          <w:lang w:val="nl-NL"/>
        </w:rPr>
        <w:t xml:space="preserve">er </w:t>
      </w:r>
      <w:r w:rsidRPr="00A93C37">
        <w:rPr>
          <w:rFonts w:ascii="ING Me" w:hAnsi="ING Me"/>
          <w:lang w:val="nl-NL"/>
        </w:rPr>
        <w:t>gezegd of gedaan</w:t>
      </w:r>
      <w:r w:rsidR="00A17FD8">
        <w:rPr>
          <w:rFonts w:ascii="ING Me" w:hAnsi="ING Me"/>
          <w:lang w:val="nl-NL"/>
        </w:rPr>
        <w:t xml:space="preserve">? </w:t>
      </w:r>
      <w:r w:rsidRPr="00A93C37">
        <w:rPr>
          <w:rFonts w:ascii="ING Me" w:hAnsi="ING Me"/>
          <w:lang w:val="nl-NL"/>
        </w:rPr>
        <w:br/>
        <w:t xml:space="preserve">• </w:t>
      </w:r>
      <w:r w:rsidR="00AE0918">
        <w:rPr>
          <w:rFonts w:ascii="ING Me" w:hAnsi="ING Me"/>
          <w:lang w:val="nl-NL"/>
        </w:rPr>
        <w:t xml:space="preserve">Waren er anderen bij? </w:t>
      </w:r>
      <w:r w:rsidRPr="00A93C37">
        <w:rPr>
          <w:rFonts w:ascii="ING Me" w:hAnsi="ING Me"/>
          <w:lang w:val="nl-NL"/>
        </w:rPr>
        <w:br/>
      </w:r>
      <w:r w:rsidR="00A0348E">
        <w:rPr>
          <w:rFonts w:ascii="ING Me" w:hAnsi="ING Me"/>
          <w:lang w:val="nl-NL"/>
        </w:rPr>
        <w:t xml:space="preserve">Voeg eventueel relevante stukken </w:t>
      </w:r>
      <w:r w:rsidR="00A17FD8">
        <w:rPr>
          <w:rFonts w:ascii="ING Me" w:hAnsi="ING Me"/>
          <w:lang w:val="nl-NL"/>
        </w:rPr>
        <w:t xml:space="preserve">toe </w:t>
      </w:r>
      <w:r w:rsidR="00A0348E">
        <w:rPr>
          <w:rFonts w:ascii="ING Me" w:hAnsi="ING Me"/>
          <w:lang w:val="nl-NL"/>
        </w:rPr>
        <w:t>die de voorbeelden ondersteunen toe</w:t>
      </w:r>
      <w:r w:rsidR="00A17FD8">
        <w:rPr>
          <w:rFonts w:ascii="ING Me" w:hAnsi="ING Me"/>
          <w:lang w:val="nl-NL"/>
        </w:rPr>
        <w:t xml:space="preserve"> (in PDF)</w:t>
      </w:r>
      <w:r w:rsidR="00A0348E">
        <w:rPr>
          <w:rFonts w:ascii="ING Me" w:hAnsi="ING Me"/>
          <w:lang w:val="nl-NL"/>
        </w:rPr>
        <w:t>.</w:t>
      </w:r>
    </w:p>
    <w:p w14:paraId="23775631" w14:textId="77777777" w:rsidR="00FF2B97" w:rsidRDefault="00FF2B97" w:rsidP="003D2262">
      <w:pPr>
        <w:spacing w:after="0" w:line="240" w:lineRule="atLeast"/>
        <w:rPr>
          <w:rFonts w:ascii="ING Me" w:hAnsi="ING Me"/>
          <w:b/>
          <w:bCs/>
          <w:lang w:val="nl-NL"/>
        </w:rPr>
      </w:pPr>
    </w:p>
    <w:p w14:paraId="0A935F0D" w14:textId="77777777" w:rsidR="00FF2B97" w:rsidRDefault="00FF2B97" w:rsidP="003D2262">
      <w:pPr>
        <w:spacing w:after="0" w:line="240" w:lineRule="atLeast"/>
        <w:rPr>
          <w:rFonts w:ascii="ING Me" w:hAnsi="ING Me"/>
          <w:b/>
          <w:bCs/>
          <w:lang w:val="nl-NL"/>
        </w:rPr>
      </w:pPr>
    </w:p>
    <w:p w14:paraId="1E736254" w14:textId="3432592A" w:rsidR="00EA6EDC" w:rsidRPr="00AE0918" w:rsidRDefault="00AE0918" w:rsidP="003D2262">
      <w:pPr>
        <w:spacing w:after="0" w:line="240" w:lineRule="atLeast"/>
        <w:rPr>
          <w:rFonts w:ascii="ING Me" w:hAnsi="ING Me"/>
          <w:b/>
          <w:bCs/>
          <w:lang w:val="nl-NL"/>
        </w:rPr>
      </w:pPr>
      <w:r>
        <w:rPr>
          <w:rFonts w:ascii="ING Me" w:hAnsi="ING Me"/>
          <w:b/>
          <w:bCs/>
          <w:lang w:val="nl-NL"/>
        </w:rPr>
        <w:t>Het effect dat het op jou heeft</w:t>
      </w:r>
    </w:p>
    <w:p w14:paraId="4B8FF992" w14:textId="1504B513" w:rsidR="00EA6EDC" w:rsidRPr="00A93C37" w:rsidRDefault="00CF2C6F" w:rsidP="003D2262">
      <w:pPr>
        <w:spacing w:after="0" w:line="240" w:lineRule="atLeast"/>
        <w:rPr>
          <w:rFonts w:ascii="ING Me" w:hAnsi="ING Me"/>
          <w:lang w:val="nl-NL"/>
        </w:rPr>
      </w:pPr>
      <w:r w:rsidRPr="00A93C37">
        <w:rPr>
          <w:rFonts w:ascii="ING Me" w:hAnsi="ING Me"/>
          <w:lang w:val="nl-NL"/>
        </w:rPr>
        <w:t xml:space="preserve">Beschrijf welk effect het ervaren gedrag op </w:t>
      </w:r>
      <w:r w:rsidR="00F52143">
        <w:rPr>
          <w:rFonts w:ascii="ING Me" w:hAnsi="ING Me"/>
          <w:lang w:val="nl-NL"/>
        </w:rPr>
        <w:t>je</w:t>
      </w:r>
      <w:r w:rsidR="00F52143" w:rsidRPr="00A93C37">
        <w:rPr>
          <w:rFonts w:ascii="ING Me" w:hAnsi="ING Me"/>
          <w:lang w:val="nl-NL"/>
        </w:rPr>
        <w:t xml:space="preserve"> </w:t>
      </w:r>
      <w:r w:rsidRPr="00A93C37">
        <w:rPr>
          <w:rFonts w:ascii="ING Me" w:hAnsi="ING Me"/>
          <w:lang w:val="nl-NL"/>
        </w:rPr>
        <w:t>heeft gehad</w:t>
      </w:r>
      <w:r w:rsidR="00A17FD8">
        <w:rPr>
          <w:rFonts w:ascii="ING Me" w:hAnsi="ING Me"/>
          <w:lang w:val="nl-NL"/>
        </w:rPr>
        <w:t>? (B</w:t>
      </w:r>
      <w:r w:rsidRPr="00A93C37">
        <w:rPr>
          <w:rFonts w:ascii="ING Me" w:hAnsi="ING Me"/>
          <w:lang w:val="nl-NL"/>
        </w:rPr>
        <w:t xml:space="preserve">ijvoorbeeld emotioneel, psychisch, fysiek </w:t>
      </w:r>
      <w:r w:rsidR="00A17FD8">
        <w:rPr>
          <w:rFonts w:ascii="ING Me" w:hAnsi="ING Me"/>
          <w:lang w:val="nl-NL"/>
        </w:rPr>
        <w:t>en/</w:t>
      </w:r>
      <w:r w:rsidRPr="00A93C37">
        <w:rPr>
          <w:rFonts w:ascii="ING Me" w:hAnsi="ING Me"/>
          <w:lang w:val="nl-NL"/>
        </w:rPr>
        <w:t>of werkgerelateerd</w:t>
      </w:r>
      <w:r w:rsidR="00A17FD8">
        <w:rPr>
          <w:rFonts w:ascii="ING Me" w:hAnsi="ING Me"/>
          <w:lang w:val="nl-NL"/>
        </w:rPr>
        <w:t>)</w:t>
      </w:r>
      <w:r w:rsidRPr="00A93C37">
        <w:rPr>
          <w:rFonts w:ascii="ING Me" w:hAnsi="ING Me"/>
          <w:lang w:val="nl-NL"/>
        </w:rPr>
        <w:t>.</w:t>
      </w:r>
      <w:r w:rsidRPr="00A93C37">
        <w:rPr>
          <w:rFonts w:ascii="ING Me" w:hAnsi="ING Me"/>
          <w:lang w:val="nl-NL"/>
        </w:rPr>
        <w:br/>
      </w:r>
    </w:p>
    <w:p w14:paraId="191F8CFA" w14:textId="77777777" w:rsidR="00FF2B97" w:rsidRDefault="00FF2B97" w:rsidP="003D2262">
      <w:pPr>
        <w:spacing w:after="0"/>
        <w:rPr>
          <w:rFonts w:ascii="ING Me" w:hAnsi="ING Me"/>
          <w:b/>
          <w:bCs/>
          <w:lang w:val="nl-NL"/>
        </w:rPr>
      </w:pPr>
    </w:p>
    <w:p w14:paraId="6D6633B2" w14:textId="52B23171" w:rsidR="00EA6EDC" w:rsidRPr="00AE0918" w:rsidRDefault="00CF2C6F" w:rsidP="003D2262">
      <w:pPr>
        <w:spacing w:after="0"/>
        <w:rPr>
          <w:rFonts w:ascii="ING Me" w:hAnsi="ING Me"/>
          <w:b/>
          <w:bCs/>
          <w:lang w:val="nl-NL"/>
        </w:rPr>
      </w:pPr>
      <w:r w:rsidRPr="00AE0918">
        <w:rPr>
          <w:rFonts w:ascii="ING Me" w:hAnsi="ING Me"/>
          <w:b/>
          <w:bCs/>
          <w:lang w:val="nl-NL"/>
        </w:rPr>
        <w:t>Bespreekbaarheid en eerdere stappen</w:t>
      </w:r>
    </w:p>
    <w:p w14:paraId="66F57B14" w14:textId="77777777" w:rsidR="00454A6E" w:rsidRDefault="00CF2C6F" w:rsidP="00454A6E">
      <w:pPr>
        <w:spacing w:after="0" w:line="240" w:lineRule="atLeast"/>
        <w:rPr>
          <w:rFonts w:ascii="ING Me" w:hAnsi="ING Me"/>
          <w:lang w:val="nl-NL"/>
        </w:rPr>
      </w:pPr>
      <w:r w:rsidRPr="00454A6E">
        <w:rPr>
          <w:rFonts w:ascii="ING Me" w:hAnsi="ING Me"/>
          <w:lang w:val="nl-NL"/>
        </w:rPr>
        <w:t xml:space="preserve">Is </w:t>
      </w:r>
      <w:r w:rsidR="00A17FD8" w:rsidRPr="00454A6E">
        <w:rPr>
          <w:rFonts w:ascii="ING Me" w:hAnsi="ING Me"/>
          <w:lang w:val="nl-NL"/>
        </w:rPr>
        <w:t xml:space="preserve">er </w:t>
      </w:r>
      <w:r w:rsidRPr="00454A6E">
        <w:rPr>
          <w:rFonts w:ascii="ING Me" w:hAnsi="ING Me"/>
          <w:lang w:val="nl-NL"/>
        </w:rPr>
        <w:t xml:space="preserve">geprobeerd </w:t>
      </w:r>
      <w:r w:rsidR="00A17FD8" w:rsidRPr="00454A6E">
        <w:rPr>
          <w:rFonts w:ascii="ING Me" w:hAnsi="ING Me"/>
          <w:lang w:val="nl-NL"/>
        </w:rPr>
        <w:t xml:space="preserve">om </w:t>
      </w:r>
      <w:r w:rsidRPr="00454A6E">
        <w:rPr>
          <w:rFonts w:ascii="ING Me" w:hAnsi="ING Me"/>
          <w:lang w:val="nl-NL"/>
        </w:rPr>
        <w:t>het gesprek aan te gaan over het ervaren gedrag</w:t>
      </w:r>
      <w:r w:rsidR="00454A6E">
        <w:rPr>
          <w:rFonts w:ascii="ING Me" w:hAnsi="ING Me"/>
          <w:lang w:val="nl-NL"/>
        </w:rPr>
        <w:t>?</w:t>
      </w:r>
    </w:p>
    <w:p w14:paraId="7CA58193" w14:textId="352AE93E" w:rsidR="00DC2FC5" w:rsidRPr="00454A6E" w:rsidRDefault="00CF2C6F" w:rsidP="00454A6E">
      <w:pPr>
        <w:pStyle w:val="Lijstalinea"/>
        <w:numPr>
          <w:ilvl w:val="0"/>
          <w:numId w:val="17"/>
        </w:numPr>
        <w:spacing w:after="0" w:line="240" w:lineRule="atLeast"/>
        <w:rPr>
          <w:rFonts w:ascii="ING Me" w:hAnsi="ING Me"/>
          <w:lang w:val="nl-NL"/>
        </w:rPr>
      </w:pPr>
      <w:r w:rsidRPr="00454A6E">
        <w:rPr>
          <w:rFonts w:ascii="ING Me" w:hAnsi="ING Me"/>
          <w:lang w:val="nl-NL"/>
        </w:rPr>
        <w:t>Indien ja: beschrijf</w:t>
      </w:r>
      <w:r w:rsidR="00AE0918" w:rsidRPr="00454A6E">
        <w:rPr>
          <w:rFonts w:ascii="ING Me" w:hAnsi="ING Me"/>
          <w:lang w:val="nl-NL"/>
        </w:rPr>
        <w:t xml:space="preserve"> dan</w:t>
      </w:r>
      <w:r w:rsidRPr="00454A6E">
        <w:rPr>
          <w:rFonts w:ascii="ING Me" w:hAnsi="ING Me"/>
          <w:lang w:val="nl-NL"/>
        </w:rPr>
        <w:t xml:space="preserve"> met wie het gesprek is gevoerd, wanneer, hoe dit is verlopen en wat het resultaat was.</w:t>
      </w:r>
    </w:p>
    <w:p w14:paraId="20755AEC" w14:textId="62141212" w:rsidR="0084165B" w:rsidRPr="00454A6E" w:rsidRDefault="00CF2C6F" w:rsidP="00454A6E">
      <w:pPr>
        <w:pStyle w:val="Lijstalinea"/>
        <w:numPr>
          <w:ilvl w:val="0"/>
          <w:numId w:val="17"/>
        </w:numPr>
        <w:spacing w:after="0" w:line="240" w:lineRule="atLeast"/>
        <w:rPr>
          <w:rFonts w:ascii="ING Me" w:hAnsi="ING Me"/>
          <w:lang w:val="nl-NL"/>
        </w:rPr>
      </w:pPr>
      <w:r w:rsidRPr="00454A6E">
        <w:rPr>
          <w:rFonts w:ascii="ING Me" w:hAnsi="ING Me"/>
          <w:lang w:val="nl-NL"/>
        </w:rPr>
        <w:t>Indien nee: licht toe waarom dit (nog) niet mogelijk of wenselijk was.</w:t>
      </w:r>
    </w:p>
    <w:p w14:paraId="52F63E19" w14:textId="78E5BC4A" w:rsidR="00EA6EDC" w:rsidRPr="00454A6E" w:rsidRDefault="00CF2C6F" w:rsidP="00454A6E">
      <w:pPr>
        <w:spacing w:after="0" w:line="240" w:lineRule="atLeast"/>
        <w:rPr>
          <w:rFonts w:ascii="ING Me" w:hAnsi="ING Me"/>
          <w:lang w:val="nl-NL"/>
        </w:rPr>
      </w:pPr>
      <w:r w:rsidRPr="00454A6E">
        <w:rPr>
          <w:rFonts w:ascii="ING Me" w:hAnsi="ING Me"/>
          <w:lang w:val="nl-NL"/>
        </w:rPr>
        <w:t>Sta</w:t>
      </w:r>
      <w:r w:rsidR="00AE0918" w:rsidRPr="00454A6E">
        <w:rPr>
          <w:rFonts w:ascii="ING Me" w:hAnsi="ING Me"/>
          <w:lang w:val="nl-NL"/>
        </w:rPr>
        <w:t xml:space="preserve"> je</w:t>
      </w:r>
      <w:r w:rsidRPr="00454A6E">
        <w:rPr>
          <w:rFonts w:ascii="ING Me" w:hAnsi="ING Me"/>
          <w:lang w:val="nl-NL"/>
        </w:rPr>
        <w:t xml:space="preserve"> open voor een bemiddelend gesprek (bijvoorbeeld mediation)</w:t>
      </w:r>
      <w:r w:rsidR="00AE0918" w:rsidRPr="00454A6E">
        <w:rPr>
          <w:rFonts w:ascii="ING Me" w:hAnsi="ING Me"/>
          <w:lang w:val="nl-NL"/>
        </w:rPr>
        <w:t>? En kun je je</w:t>
      </w:r>
      <w:r w:rsidR="00572201" w:rsidRPr="00454A6E">
        <w:rPr>
          <w:rFonts w:ascii="ING Me" w:hAnsi="ING Me"/>
          <w:lang w:val="nl-NL"/>
        </w:rPr>
        <w:t xml:space="preserve"> </w:t>
      </w:r>
      <w:r w:rsidR="00AE0918" w:rsidRPr="00454A6E">
        <w:rPr>
          <w:rFonts w:ascii="ING Me" w:hAnsi="ING Me"/>
          <w:lang w:val="nl-NL"/>
        </w:rPr>
        <w:t>antwoord hierop motiveren? (waarom wel, waarom niet?)</w:t>
      </w:r>
      <w:r w:rsidRPr="00454A6E">
        <w:rPr>
          <w:rFonts w:ascii="ING Me" w:hAnsi="ING Me"/>
          <w:lang w:val="nl-NL"/>
        </w:rPr>
        <w:br/>
      </w:r>
    </w:p>
    <w:p w14:paraId="4BB928D0" w14:textId="323401B9" w:rsidR="00EA6EDC" w:rsidRPr="00AE0918" w:rsidRDefault="00CF2C6F" w:rsidP="003D2262">
      <w:pPr>
        <w:pStyle w:val="Kop2"/>
        <w:spacing w:before="0" w:line="240" w:lineRule="atLeast"/>
        <w:rPr>
          <w:rFonts w:ascii="ING Me" w:eastAsiaTheme="minorEastAsia" w:hAnsi="ING Me" w:cstheme="minorBidi"/>
          <w:color w:val="auto"/>
          <w:sz w:val="22"/>
          <w:szCs w:val="22"/>
          <w:lang w:val="nl-NL"/>
        </w:rPr>
      </w:pPr>
      <w:r w:rsidRPr="00AE0918">
        <w:rPr>
          <w:rFonts w:ascii="ING Me" w:eastAsiaTheme="minorEastAsia" w:hAnsi="ING Me" w:cstheme="minorBidi"/>
          <w:color w:val="auto"/>
          <w:sz w:val="22"/>
          <w:szCs w:val="22"/>
          <w:lang w:val="nl-NL"/>
        </w:rPr>
        <w:t>Overig</w:t>
      </w:r>
    </w:p>
    <w:p w14:paraId="63589AE1" w14:textId="5CF88A87" w:rsidR="00AE0918" w:rsidRDefault="00CF2C6F" w:rsidP="003D2262">
      <w:pPr>
        <w:spacing w:after="0" w:line="240" w:lineRule="atLeast"/>
        <w:rPr>
          <w:rFonts w:ascii="ING Me" w:hAnsi="ING Me"/>
          <w:lang w:val="nl-NL"/>
        </w:rPr>
      </w:pPr>
      <w:r w:rsidRPr="00A93C37">
        <w:rPr>
          <w:rFonts w:ascii="ING Me" w:hAnsi="ING Me"/>
          <w:lang w:val="nl-NL"/>
        </w:rPr>
        <w:t>Aanvullende informatie die van belang kan zijn voor de beoordeling van de klacht, zoals eerdere meldingen</w:t>
      </w:r>
      <w:r w:rsidR="00164A0F">
        <w:rPr>
          <w:rFonts w:ascii="ING Me" w:hAnsi="ING Me"/>
          <w:lang w:val="nl-NL"/>
        </w:rPr>
        <w:t xml:space="preserve"> (bij</w:t>
      </w:r>
      <w:r w:rsidR="0022727A">
        <w:rPr>
          <w:rFonts w:ascii="ING Me" w:hAnsi="ING Me"/>
          <w:lang w:val="nl-NL"/>
        </w:rPr>
        <w:t>voorbeeld bij</w:t>
      </w:r>
      <w:r w:rsidR="00164A0F">
        <w:rPr>
          <w:rFonts w:ascii="ING Me" w:hAnsi="ING Me"/>
          <w:lang w:val="nl-NL"/>
        </w:rPr>
        <w:t xml:space="preserve"> het Speak Up point </w:t>
      </w:r>
      <w:r w:rsidR="0022727A">
        <w:rPr>
          <w:rFonts w:ascii="ING Me" w:hAnsi="ING Me"/>
          <w:lang w:val="nl-NL"/>
        </w:rPr>
        <w:t>U</w:t>
      </w:r>
      <w:r w:rsidR="00164A0F">
        <w:rPr>
          <w:rFonts w:ascii="ING Me" w:hAnsi="ING Me"/>
          <w:lang w:val="nl-NL"/>
        </w:rPr>
        <w:t xml:space="preserve">ndesirable </w:t>
      </w:r>
      <w:r w:rsidR="0022727A">
        <w:rPr>
          <w:rFonts w:ascii="ING Me" w:hAnsi="ING Me"/>
          <w:lang w:val="nl-NL"/>
        </w:rPr>
        <w:t>B</w:t>
      </w:r>
      <w:r w:rsidR="00164A0F">
        <w:rPr>
          <w:rFonts w:ascii="ING Me" w:hAnsi="ING Me"/>
          <w:lang w:val="nl-NL"/>
        </w:rPr>
        <w:t>ehaviour)</w:t>
      </w:r>
      <w:r w:rsidRPr="00A93C37">
        <w:rPr>
          <w:rFonts w:ascii="ING Me" w:hAnsi="ING Me"/>
          <w:lang w:val="nl-NL"/>
        </w:rPr>
        <w:t>, betrokken ondersteuning</w:t>
      </w:r>
      <w:r w:rsidR="0022727A">
        <w:rPr>
          <w:rFonts w:ascii="ING Me" w:hAnsi="ING Me"/>
          <w:lang w:val="nl-NL"/>
        </w:rPr>
        <w:t xml:space="preserve"> </w:t>
      </w:r>
      <w:r w:rsidR="00E91732">
        <w:rPr>
          <w:rFonts w:ascii="ING Me" w:hAnsi="ING Me"/>
          <w:lang w:val="nl-NL"/>
        </w:rPr>
        <w:t xml:space="preserve">(anders dan de </w:t>
      </w:r>
      <w:r w:rsidR="002D1F6A">
        <w:rPr>
          <w:rFonts w:ascii="ING Me" w:hAnsi="ING Me"/>
          <w:lang w:val="nl-NL"/>
        </w:rPr>
        <w:t>v</w:t>
      </w:r>
      <w:r w:rsidR="00E91732">
        <w:rPr>
          <w:rFonts w:ascii="ING Me" w:hAnsi="ING Me"/>
          <w:lang w:val="nl-NL"/>
        </w:rPr>
        <w:t>ertrouwenspersoon)</w:t>
      </w:r>
      <w:r w:rsidRPr="00A93C37">
        <w:rPr>
          <w:rFonts w:ascii="ING Me" w:hAnsi="ING Me"/>
          <w:lang w:val="nl-NL"/>
        </w:rPr>
        <w:t xml:space="preserve"> of toelichting op bijlagen.</w:t>
      </w:r>
      <w:r w:rsidRPr="00A93C37">
        <w:rPr>
          <w:rFonts w:ascii="ING Me" w:hAnsi="ING Me"/>
          <w:lang w:val="nl-NL"/>
        </w:rPr>
        <w:br/>
        <w:t>(</w:t>
      </w:r>
      <w:r w:rsidR="00A17FD8">
        <w:rPr>
          <w:rFonts w:ascii="ING Me" w:hAnsi="ING Me"/>
          <w:lang w:val="nl-NL"/>
        </w:rPr>
        <w:t>Hou deze informatie overzichtelijk binnen maximaal</w:t>
      </w:r>
      <w:r w:rsidRPr="00A93C37">
        <w:rPr>
          <w:rFonts w:ascii="ING Me" w:hAnsi="ING Me"/>
          <w:lang w:val="nl-NL"/>
        </w:rPr>
        <w:t xml:space="preserve"> </w:t>
      </w:r>
      <w:r w:rsidR="00A17FD8">
        <w:rPr>
          <w:rFonts w:ascii="ING Me" w:hAnsi="ING Me"/>
          <w:lang w:val="nl-NL"/>
        </w:rPr>
        <w:t>éé</w:t>
      </w:r>
      <w:r w:rsidR="00A17FD8" w:rsidRPr="00A17FD8">
        <w:rPr>
          <w:rFonts w:ascii="ING Me" w:hAnsi="ING Me"/>
          <w:lang w:val="nl-NL"/>
        </w:rPr>
        <w:t>n</w:t>
      </w:r>
      <w:r w:rsidR="00A17FD8">
        <w:rPr>
          <w:rFonts w:ascii="ING Me" w:hAnsi="ING Me"/>
          <w:lang w:val="nl-NL"/>
        </w:rPr>
        <w:t xml:space="preserve"> </w:t>
      </w:r>
      <w:r w:rsidRPr="00A93C37">
        <w:rPr>
          <w:rFonts w:ascii="ING Me" w:hAnsi="ING Me"/>
          <w:lang w:val="nl-NL"/>
        </w:rPr>
        <w:t>A4, exclusief bijlagen</w:t>
      </w:r>
      <w:r w:rsidR="00A17FD8">
        <w:rPr>
          <w:rFonts w:ascii="ING Me" w:hAnsi="ING Me"/>
          <w:lang w:val="nl-NL"/>
        </w:rPr>
        <w:t>. Stuur bijlagen bij voorkeur in de PDF-formaat op</w:t>
      </w:r>
      <w:r w:rsidRPr="00A93C37">
        <w:rPr>
          <w:rFonts w:ascii="ING Me" w:hAnsi="ING Me"/>
          <w:lang w:val="nl-NL"/>
        </w:rPr>
        <w:t>)</w:t>
      </w:r>
    </w:p>
    <w:p w14:paraId="54766500" w14:textId="77777777" w:rsidR="00F96337" w:rsidRDefault="00F96337" w:rsidP="003D2262">
      <w:pPr>
        <w:spacing w:after="0" w:line="240" w:lineRule="atLeast"/>
        <w:rPr>
          <w:rFonts w:ascii="ING Me" w:hAnsi="ING Me"/>
          <w:lang w:val="nl-NL"/>
        </w:rPr>
      </w:pPr>
    </w:p>
    <w:p w14:paraId="30D090FA" w14:textId="45E753BB" w:rsidR="00EA6EDC" w:rsidRDefault="00CF2C6F" w:rsidP="003D2262">
      <w:pPr>
        <w:spacing w:after="0" w:line="240" w:lineRule="atLeast"/>
        <w:rPr>
          <w:rFonts w:ascii="ING Me" w:hAnsi="ING Me"/>
          <w:lang w:val="nl-NL"/>
        </w:rPr>
      </w:pPr>
      <w:r w:rsidRPr="00A0348E">
        <w:rPr>
          <w:rFonts w:ascii="ING Me" w:hAnsi="ING Me"/>
          <w:lang w:val="nl-NL"/>
        </w:rPr>
        <w:t>Ik verklaar dat ik dit formulier naar beste weten heb ingevuld.</w:t>
      </w:r>
      <w:r w:rsidRPr="00A93C37">
        <w:rPr>
          <w:rFonts w:ascii="ING Me" w:hAnsi="ING Me"/>
          <w:lang w:val="nl-NL"/>
        </w:rPr>
        <w:br/>
      </w:r>
      <w:r w:rsidRPr="00A93C37">
        <w:rPr>
          <w:rFonts w:ascii="ING Me" w:hAnsi="ING Me"/>
          <w:lang w:val="nl-NL"/>
        </w:rPr>
        <w:br/>
      </w:r>
      <w:r w:rsidRPr="00AE0918">
        <w:rPr>
          <w:rFonts w:ascii="ING Me" w:hAnsi="ING Me"/>
          <w:lang w:val="nl-NL"/>
        </w:rPr>
        <w:t>Plaats:</w:t>
      </w:r>
      <w:r w:rsidRPr="00AE0918">
        <w:rPr>
          <w:rFonts w:ascii="ING Me" w:hAnsi="ING Me"/>
          <w:lang w:val="nl-NL"/>
        </w:rPr>
        <w:br/>
        <w:t>Datum:</w:t>
      </w:r>
      <w:r w:rsidRPr="00AE0918">
        <w:rPr>
          <w:rFonts w:ascii="ING Me" w:hAnsi="ING Me"/>
          <w:lang w:val="nl-NL"/>
        </w:rPr>
        <w:br/>
        <w:t>Naam:</w:t>
      </w:r>
      <w:r w:rsidRPr="00AE0918">
        <w:rPr>
          <w:rFonts w:ascii="ING Me" w:hAnsi="ING Me"/>
          <w:lang w:val="nl-NL"/>
        </w:rPr>
        <w:br/>
        <w:t>Handtekening:</w:t>
      </w:r>
    </w:p>
    <w:p w14:paraId="1945A98B" w14:textId="77777777" w:rsidR="006532C2" w:rsidRDefault="006532C2" w:rsidP="003D2262">
      <w:pPr>
        <w:spacing w:after="0" w:line="240" w:lineRule="atLeast"/>
        <w:rPr>
          <w:rFonts w:ascii="ING Me" w:hAnsi="ING Me"/>
          <w:lang w:val="nl-NL"/>
        </w:rPr>
      </w:pPr>
    </w:p>
    <w:sectPr w:rsidR="006532C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ING Me">
    <w:altName w:val="Calibri"/>
    <w:panose1 w:val="02000506040000020004"/>
    <w:charset w:val="00"/>
    <w:family w:val="auto"/>
    <w:pitch w:val="variable"/>
    <w:sig w:usb0="A10002AF" w:usb1="5000607A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A244AA4"/>
    <w:multiLevelType w:val="hybridMultilevel"/>
    <w:tmpl w:val="6B0C123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D160E2"/>
    <w:multiLevelType w:val="hybridMultilevel"/>
    <w:tmpl w:val="26643C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B107A9"/>
    <w:multiLevelType w:val="hybridMultilevel"/>
    <w:tmpl w:val="FF20FE7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E8554C"/>
    <w:multiLevelType w:val="hybridMultilevel"/>
    <w:tmpl w:val="31B2EC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FB2886"/>
    <w:multiLevelType w:val="hybridMultilevel"/>
    <w:tmpl w:val="B5E254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052809"/>
    <w:multiLevelType w:val="hybridMultilevel"/>
    <w:tmpl w:val="C2608D3C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06210E"/>
    <w:multiLevelType w:val="hybridMultilevel"/>
    <w:tmpl w:val="4F7A4B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50507F"/>
    <w:multiLevelType w:val="hybridMultilevel"/>
    <w:tmpl w:val="530C6ADE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5128664">
    <w:abstractNumId w:val="8"/>
  </w:num>
  <w:num w:numId="2" w16cid:durableId="337275951">
    <w:abstractNumId w:val="6"/>
  </w:num>
  <w:num w:numId="3" w16cid:durableId="1926330870">
    <w:abstractNumId w:val="5"/>
  </w:num>
  <w:num w:numId="4" w16cid:durableId="1898933992">
    <w:abstractNumId w:val="4"/>
  </w:num>
  <w:num w:numId="5" w16cid:durableId="1300500450">
    <w:abstractNumId w:val="7"/>
  </w:num>
  <w:num w:numId="6" w16cid:durableId="851723387">
    <w:abstractNumId w:val="3"/>
  </w:num>
  <w:num w:numId="7" w16cid:durableId="853571404">
    <w:abstractNumId w:val="2"/>
  </w:num>
  <w:num w:numId="8" w16cid:durableId="1942106395">
    <w:abstractNumId w:val="1"/>
  </w:num>
  <w:num w:numId="9" w16cid:durableId="457645869">
    <w:abstractNumId w:val="0"/>
  </w:num>
  <w:num w:numId="10" w16cid:durableId="1195845954">
    <w:abstractNumId w:val="11"/>
  </w:num>
  <w:num w:numId="11" w16cid:durableId="285241020">
    <w:abstractNumId w:val="14"/>
  </w:num>
  <w:num w:numId="12" w16cid:durableId="98643421">
    <w:abstractNumId w:val="16"/>
  </w:num>
  <w:num w:numId="13" w16cid:durableId="1157766366">
    <w:abstractNumId w:val="9"/>
  </w:num>
  <w:num w:numId="14" w16cid:durableId="2110737017">
    <w:abstractNumId w:val="13"/>
  </w:num>
  <w:num w:numId="15" w16cid:durableId="396365318">
    <w:abstractNumId w:val="12"/>
  </w:num>
  <w:num w:numId="16" w16cid:durableId="1201089071">
    <w:abstractNumId w:val="10"/>
  </w:num>
  <w:num w:numId="17" w16cid:durableId="43667670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6A6C"/>
    <w:rsid w:val="0015074B"/>
    <w:rsid w:val="00164A0F"/>
    <w:rsid w:val="00195F38"/>
    <w:rsid w:val="001F542A"/>
    <w:rsid w:val="0022641E"/>
    <w:rsid w:val="0022727A"/>
    <w:rsid w:val="0029639D"/>
    <w:rsid w:val="002D1F6A"/>
    <w:rsid w:val="002E10F1"/>
    <w:rsid w:val="00326F90"/>
    <w:rsid w:val="00330031"/>
    <w:rsid w:val="003450E6"/>
    <w:rsid w:val="003D2262"/>
    <w:rsid w:val="003E4FD4"/>
    <w:rsid w:val="004102E2"/>
    <w:rsid w:val="00454A6E"/>
    <w:rsid w:val="004A5258"/>
    <w:rsid w:val="004F061C"/>
    <w:rsid w:val="005445A9"/>
    <w:rsid w:val="00572201"/>
    <w:rsid w:val="005F44A9"/>
    <w:rsid w:val="006074C3"/>
    <w:rsid w:val="006532C2"/>
    <w:rsid w:val="006C32F8"/>
    <w:rsid w:val="006C615D"/>
    <w:rsid w:val="006D6A47"/>
    <w:rsid w:val="00786843"/>
    <w:rsid w:val="007B6F93"/>
    <w:rsid w:val="008223C9"/>
    <w:rsid w:val="0084165B"/>
    <w:rsid w:val="008962E1"/>
    <w:rsid w:val="008E0A01"/>
    <w:rsid w:val="009B1BA9"/>
    <w:rsid w:val="00A0348E"/>
    <w:rsid w:val="00A17FD8"/>
    <w:rsid w:val="00A659D1"/>
    <w:rsid w:val="00A87592"/>
    <w:rsid w:val="00A93C37"/>
    <w:rsid w:val="00AA1D8D"/>
    <w:rsid w:val="00AE0918"/>
    <w:rsid w:val="00B47730"/>
    <w:rsid w:val="00B73660"/>
    <w:rsid w:val="00BC475C"/>
    <w:rsid w:val="00BF3CC4"/>
    <w:rsid w:val="00CB0664"/>
    <w:rsid w:val="00CF2C6F"/>
    <w:rsid w:val="00D0747D"/>
    <w:rsid w:val="00D10D29"/>
    <w:rsid w:val="00D62105"/>
    <w:rsid w:val="00D84171"/>
    <w:rsid w:val="00D939A2"/>
    <w:rsid w:val="00DC2FC5"/>
    <w:rsid w:val="00E91732"/>
    <w:rsid w:val="00E97925"/>
    <w:rsid w:val="00EA6EDC"/>
    <w:rsid w:val="00F52143"/>
    <w:rsid w:val="00F96337"/>
    <w:rsid w:val="00FC693F"/>
    <w:rsid w:val="00FF2B97"/>
    <w:rsid w:val="00FF5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3737107B"/>
  <w14:defaultImageDpi w14:val="330"/>
  <w15:docId w15:val="{0F88A3BC-5487-4FE9-AC57-C5B29DEC9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  <w:rPr>
      <w:rFonts w:ascii="Calibri" w:hAnsi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Standaardalinea-lettertype"/>
    <w:uiPriority w:val="99"/>
    <w:unhideWhenUsed/>
    <w:rsid w:val="003D2262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D2262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D10D29"/>
    <w:pPr>
      <w:spacing w:after="0" w:line="240" w:lineRule="auto"/>
    </w:pPr>
    <w:rPr>
      <w:rFonts w:ascii="Calibri" w:hAnsi="Calibri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10D2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D10D2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10D29"/>
    <w:rPr>
      <w:rFonts w:ascii="Calibri" w:hAnsi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10D2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10D29"/>
    <w:rPr>
      <w:rFonts w:ascii="Calibri" w:hAnsi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ing.sharepoint.com/sites/intranet-001-hr/sitepages/nl/Vertrouwenspersonen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dcb251-afa8-42b9-adf8-0c00eb11cce0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  <TaxCatchAll xmlns="4f8c2c1b-5022-4e16-ac6b-cbfd85f7e2a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DF23DDA1582F40B0AA037E7E7F32DE" ma:contentTypeVersion="16" ma:contentTypeDescription="Create a new document." ma:contentTypeScope="" ma:versionID="1e998b4c8e5c75a313260e9faeb6ff5c">
  <xsd:schema xmlns:xsd="http://www.w3.org/2001/XMLSchema" xmlns:xs="http://www.w3.org/2001/XMLSchema" xmlns:p="http://schemas.microsoft.com/office/2006/metadata/properties" xmlns:ns1="http://schemas.microsoft.com/sharepoint/v3" xmlns:ns2="04dcb251-afa8-42b9-adf8-0c00eb11cce0" xmlns:ns3="4f8c2c1b-5022-4e16-ac6b-cbfd85f7e2ad" targetNamespace="http://schemas.microsoft.com/office/2006/metadata/properties" ma:root="true" ma:fieldsID="c310ba302a453f1d36faa626634b37c0" ns1:_="" ns2:_="" ns3:_="">
    <xsd:import namespace="http://schemas.microsoft.com/sharepoint/v3"/>
    <xsd:import namespace="04dcb251-afa8-42b9-adf8-0c00eb11cce0"/>
    <xsd:import namespace="4f8c2c1b-5022-4e16-ac6b-cbfd85f7e2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cb251-afa8-42b9-adf8-0c00eb11cc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a1dba96-c252-421a-8d24-58690b45a7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c2c1b-5022-4e16-ac6b-cbfd85f7e2a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7968ed1-39cc-4ea9-bee1-f8e52b63b649}" ma:internalName="TaxCatchAll" ma:showField="CatchAllData" ma:web="4f8c2c1b-5022-4e16-ac6b-cbfd85f7e2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2B8E20D-BF8F-48C6-8C59-9488AD428CC7}">
  <ds:schemaRefs>
    <ds:schemaRef ds:uri="http://schemas.microsoft.com/office/2006/metadata/properties"/>
    <ds:schemaRef ds:uri="http://schemas.microsoft.com/office/infopath/2007/PartnerControls"/>
    <ds:schemaRef ds:uri="04dcb251-afa8-42b9-adf8-0c00eb11cce0"/>
    <ds:schemaRef ds:uri="http://schemas.microsoft.com/sharepoint/v3"/>
    <ds:schemaRef ds:uri="4f8c2c1b-5022-4e16-ac6b-cbfd85f7e2ad"/>
  </ds:schemaRefs>
</ds:datastoreItem>
</file>

<file path=customXml/itemProps2.xml><?xml version="1.0" encoding="utf-8"?>
<ds:datastoreItem xmlns:ds="http://schemas.openxmlformats.org/officeDocument/2006/customXml" ds:itemID="{3C31FB84-00AD-4DEF-9FFE-530319646D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1AD4C3-3881-430E-BCF4-E17137B2CB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4dcb251-afa8-42b9-adf8-0c00eb11cce0"/>
    <ds:schemaRef ds:uri="4f8c2c1b-5022-4e16-ac6b-cbfd85f7e2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87b6ea1-3db9-4fe1-a9d7-85d4c64ce5cc}" enabled="0" method="" siteId="{587b6ea1-3db9-4fe1-a9d7-85d4c64ce5c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345</Words>
  <Characters>2071</Characters>
  <Application>Microsoft Office Word</Application>
  <DocSecurity>4</DocSecurity>
  <Lines>82</Lines>
  <Paragraphs>41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2375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Timmer - Westra, C.C.J. (Chiara)</cp:lastModifiedBy>
  <cp:revision>2</cp:revision>
  <dcterms:created xsi:type="dcterms:W3CDTF">2026-07-12T19:50:00Z</dcterms:created>
  <dcterms:modified xsi:type="dcterms:W3CDTF">2026-07-12T19:50:00Z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0x010100ECDF23DDA1582F40B0AA037E7E7F32DE</vt:lpwstr>
  </property>
  <property fmtid="{D5CDD505-2E9C-101B-9397-08002B2CF9AE}" pid="3" name="MediaServiceImageTags">
    <vt:lpwstr/>
  </property>
</Properties>
</file>